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8"/>
      </w:tblGrid>
      <w:tr>
        <w:tc>
          <w:tcPr>
            <w:tcW w:type="dxa" w:w="9978"/>
            <w:shd w:val="clear" w:color="auto" w:fill="F3F0EA"/>
          </w:tcPr>
          <w:p>
            <w:pPr>
              <w:spacing w:before="80"/>
            </w:pPr>
            <w:r>
              <w:rPr>
                <w:b/>
                <w:i w:val="0"/>
                <w:color w:val="4A4742"/>
                <w:sz w:val="16"/>
              </w:rPr>
              <w:t>Як користуватися шаблоном / How to use this template</w:t>
            </w:r>
          </w:p>
          <w:p>
            <w:pPr>
              <w:spacing w:before="40"/>
            </w:pPr>
            <w:r>
              <w:rPr>
                <w:b w:val="0"/>
                <w:i w:val="0"/>
                <w:color w:val="4A4742"/>
                <w:sz w:val="16"/>
              </w:rPr>
              <w:t>Замініть текст у квадратних дужках своїм, а сірі підказки видаліть. Заголовки напишіть мовою вакансії.</w:t>
            </w:r>
          </w:p>
          <w:p>
            <w:r>
              <w:rPr>
                <w:b w:val="0"/>
                <w:i/>
                <w:color w:val="8A847A"/>
                <w:sz w:val="16"/>
              </w:rPr>
              <w:t>Replace the text in square brackets with your own and delete the grey hints. Write the headings in the language of the job ad.</w:t>
            </w:r>
          </w:p>
          <w:p>
            <w:pPr>
              <w:spacing w:before="40" w:after="80"/>
            </w:pPr>
            <w:r>
              <w:rPr>
                <w:b w:val="0"/>
                <w:i w:val="0"/>
                <w:color w:val="4A4742"/>
                <w:sz w:val="16"/>
              </w:rPr>
              <w:t>Зразок / Sample: theeducationalequalityinstitute.org/uk/students/ukrainian/cv-resume/</w:t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8391"/>
        <w:gridCol w:w="1474"/>
      </w:tblGrid>
      <w:tr>
        <w:tc>
          <w:tcPr>
            <w:tcW w:type="dxa" w:w="8391"/>
          </w:tcPr>
          <w:p>
            <w:r>
              <w:rPr>
                <w:b/>
                <w:i w:val="0"/>
                <w:sz w:val="34"/>
                <w:spacing w:val="16"/>
              </w:rPr>
              <w:t>[ІМ’Я ПРІЗВИЩЕ / FIRST NAME LAST NAME]</w:t>
            </w:r>
          </w:p>
          <w:p>
            <w:pPr>
              <w:spacing w:before="60"/>
            </w:pPr>
            <w:r>
              <w:rPr>
                <w:b w:val="0"/>
                <w:i w:val="0"/>
                <w:color w:val="4A4742"/>
                <w:sz w:val="22"/>
              </w:rPr>
              <w:t>[Посада, на яку подаєтеся / Job title you are applying for]</w:t>
            </w:r>
          </w:p>
          <w:p>
            <w:pPr>
              <w:spacing w:before="120"/>
            </w:pPr>
            <w:r>
              <w:rPr>
                <w:b w:val="0"/>
                <w:i w:val="0"/>
                <w:color w:val="4A4742"/>
                <w:sz w:val="18"/>
              </w:rPr>
              <w:t>[Місто, країна / City, country]  ·  [+00 000 000 000]  ·  [e-mail]  ·  [LinkedIn]</w:t>
            </w:r>
          </w:p>
          <w:p>
            <w:pPr>
              <w:spacing w:before="60"/>
            </w:pPr>
            <w:r>
              <w:rPr>
                <w:b w:val="0"/>
                <w:i/>
                <w:color w:val="8A847A"/>
                <w:sz w:val="16"/>
              </w:rPr>
              <w:t>Телефон з кодом країни. Дата народження і сімейний стан зазвичай не потрібні.</w:t>
            </w:r>
          </w:p>
          <w:p>
            <w:r>
              <w:rPr>
                <w:b w:val="0"/>
                <w:i/>
                <w:color w:val="8A847A"/>
                <w:sz w:val="16"/>
              </w:rPr>
              <w:t>Phone with the country code. Date of birth and marital status are usually not needed.</w:t>
            </w:r>
          </w:p>
          <w:p>
            <w:pPr>
              <w:spacing w:before="60"/>
            </w:pPr>
            <w:r>
              <w:rPr>
                <w:b w:val="0"/>
                <w:i/>
                <w:color w:val="8A847A"/>
                <w:sz w:val="16"/>
              </w:rPr>
              <w:t>Фото залежить від країни. У Польщі й Німеччині фото часто додають, у Великій Британії та Ірландії зазвичай ні.</w:t>
            </w:r>
          </w:p>
          <w:p>
            <w:r>
              <w:rPr>
                <w:b w:val="0"/>
                <w:i/>
                <w:color w:val="8A847A"/>
                <w:sz w:val="16"/>
              </w:rPr>
              <w:t>A photo depends on the country: often added in Poland and Germany, usually not in the UK or Ireland.</w:t>
            </w:r>
          </w:p>
        </w:tc>
        <w:tc>
          <w:tcPr>
            <w:tcW w:type="dxa" w:w="1474"/>
            <w:tcBorders>
              <w:top w:val="dashed" w:sz="6" w:color="B8B2A7"/>
              <w:left w:val="dashed" w:sz="6" w:color="B8B2A7"/>
              <w:bottom w:val="dashed" w:sz="6" w:color="B8B2A7"/>
              <w:right w:val="dashed" w:sz="6" w:color="B8B2A7"/>
            </w:tcBorders>
            <w:tcMar>
              <w:left w:w="90" w:type="dxa"/>
              <w:right w:w="90" w:type="dxa"/>
            </w:tcMar>
          </w:tcPr>
          <w:p>
            <w:pPr>
              <w:spacing w:before="600"/>
              <w:jc w:val="center"/>
            </w:pPr>
            <w:r>
              <w:rPr>
                <w:b w:val="0"/>
                <w:i w:val="0"/>
                <w:color w:val="8A847A"/>
                <w:sz w:val="15"/>
                <w:spacing w:val="20"/>
              </w:rPr>
              <w:t>ФОТО / PHOTO</w:t>
            </w:r>
          </w:p>
          <w:p>
            <w:pPr>
              <w:spacing w:after="600"/>
              <w:jc w:val="center"/>
            </w:pPr>
            <w:r>
              <w:rPr>
                <w:b w:val="0"/>
                <w:i/>
                <w:color w:val="8A847A"/>
                <w:sz w:val="14"/>
              </w:rPr>
              <w:t>за бажанням / optional</w:t>
            </w:r>
          </w:p>
        </w:tc>
      </w:tr>
    </w:tbl>
    <w:p>
      <w:pPr>
        <w:keepNext/>
        <w:spacing w:before="200" w:after="100"/>
        <w:pBdr>
          <w:bottom w:val="single" w:sz="6" w:space="3" w:color="CFCAC0"/>
        </w:pBdr>
      </w:pPr>
      <w:r>
        <w:rPr>
          <w:b/>
          <w:i w:val="0"/>
          <w:caps/>
          <w:sz w:val="17"/>
          <w:spacing w:val="28"/>
        </w:rPr>
        <w:t>Профіль</w:t>
      </w:r>
      <w:r>
        <w:rPr>
          <w:b w:val="0"/>
          <w:i w:val="0"/>
          <w:color w:val="8A847A"/>
          <w:sz w:val="17"/>
        </w:rPr>
        <w:t xml:space="preserve">  /  </w:t>
      </w:r>
      <w:r>
        <w:rPr>
          <w:b/>
          <w:i w:val="0"/>
          <w:caps/>
          <w:sz w:val="17"/>
          <w:spacing w:val="28"/>
        </w:rPr>
        <w:t>Profile</w:t>
      </w:r>
    </w:p>
    <w:p>
      <w:pPr>
        <w:spacing w:before="0" w:after="0"/>
      </w:pPr>
      <w:r>
        <w:rPr>
          <w:b w:val="0"/>
          <w:i w:val="0"/>
        </w:rPr>
        <w:t>[Два-три речення / Two or three sentences]</w:t>
      </w:r>
    </w:p>
    <w:p>
      <w:pPr>
        <w:spacing w:before="40" w:after="0"/>
      </w:pPr>
      <w:r>
        <w:rPr>
          <w:b w:val="0"/>
          <w:i/>
          <w:color w:val="8A847A"/>
          <w:sz w:val="16"/>
        </w:rPr>
        <w:t>Що ви вмієте і яку роботу шукаєте. Пишіть профіль під конкретну вакансію.</w:t>
      </w:r>
    </w:p>
    <w:p>
      <w:pPr>
        <w:spacing w:before="0" w:after="0"/>
      </w:pPr>
      <w:r>
        <w:rPr>
          <w:b w:val="0"/>
          <w:i/>
          <w:color w:val="8A847A"/>
          <w:sz w:val="16"/>
        </w:rPr>
        <w:t>What you can do and the job you are looking for. Write the profile for the specific job ad.</w:t>
      </w:r>
    </w:p>
    <w:p>
      <w:pPr>
        <w:keepNext/>
        <w:spacing w:before="200" w:after="100"/>
        <w:pBdr>
          <w:bottom w:val="single" w:sz="6" w:space="3" w:color="CFCAC0"/>
        </w:pBdr>
      </w:pPr>
      <w:r>
        <w:rPr>
          <w:b/>
          <w:i w:val="0"/>
          <w:caps/>
          <w:sz w:val="17"/>
          <w:spacing w:val="28"/>
        </w:rPr>
        <w:t>Досвід роботи</w:t>
      </w:r>
      <w:r>
        <w:rPr>
          <w:b w:val="0"/>
          <w:i w:val="0"/>
          <w:color w:val="8A847A"/>
          <w:sz w:val="17"/>
        </w:rPr>
        <w:t xml:space="preserve">  /  </w:t>
      </w:r>
      <w:r>
        <w:rPr>
          <w:b/>
          <w:i w:val="0"/>
          <w:caps/>
          <w:sz w:val="17"/>
          <w:spacing w:val="28"/>
        </w:rPr>
        <w:t>Work experience</w:t>
      </w:r>
    </w:p>
    <w:p>
      <w:pPr>
        <w:keepNext/>
        <w:tabs>
          <w:tab w:pos="1814" w:val="left"/>
        </w:tabs>
        <w:spacing w:before="80" w:after="0"/>
        <w:ind w:left="1814" w:hanging="1814"/>
      </w:pPr>
      <w:r>
        <w:rPr>
          <w:b w:val="0"/>
          <w:i w:val="0"/>
          <w:color w:val="4A4742"/>
          <w:sz w:val="18"/>
        </w:rPr>
        <w:t>[00/0000] – [зараз]</w:t>
      </w:r>
      <w:r>
        <w:rPr>
          <w:b w:val="0"/>
          <w:i w:val="0"/>
        </w:rPr>
        <w:tab/>
      </w:r>
      <w:r>
        <w:rPr>
          <w:b/>
          <w:i w:val="0"/>
          <w:color w:val="141413"/>
          <w:sz w:val="20"/>
        </w:rPr>
        <w:t>[Посада / Job title]</w:t>
      </w:r>
    </w:p>
    <w:p>
      <w:pPr>
        <w:keepNext/>
        <w:spacing w:before="0" w:after="0"/>
        <w:ind w:left="1814"/>
      </w:pPr>
      <w:r>
        <w:rPr>
          <w:b w:val="0"/>
          <w:i w:val="0"/>
          <w:color w:val="4A4742"/>
        </w:rPr>
        <w:t>[Компанія, місто / Company, city]</w:t>
      </w:r>
    </w:p>
    <w:p>
      <w:pPr>
        <w:tabs>
          <w:tab w:pos="2041" w:val="left"/>
        </w:tabs>
        <w:spacing w:before="20" w:after="0"/>
        <w:ind w:left="2041" w:hanging="227"/>
      </w:pPr>
      <w:r>
        <w:rPr>
          <w:b w:val="0"/>
          <w:i w:val="0"/>
        </w:rPr>
        <w:t>•</w:t>
        <w:tab/>
      </w:r>
      <w:r>
        <w:rPr>
          <w:b w:val="0"/>
          <w:i w:val="0"/>
        </w:rPr>
        <w:t>[Що ви зробили / What you did]</w:t>
      </w:r>
    </w:p>
    <w:p>
      <w:pPr>
        <w:tabs>
          <w:tab w:pos="2041" w:val="left"/>
        </w:tabs>
        <w:spacing w:before="20" w:after="0"/>
        <w:ind w:left="2041" w:hanging="227"/>
      </w:pPr>
      <w:r>
        <w:rPr>
          <w:b w:val="0"/>
          <w:i w:val="0"/>
        </w:rPr>
        <w:t>•</w:t>
        <w:tab/>
      </w:r>
      <w:r>
        <w:rPr>
          <w:b w:val="0"/>
          <w:i w:val="0"/>
        </w:rPr>
        <w:t>[Що ви зробили / What you did]</w:t>
      </w:r>
    </w:p>
    <w:p>
      <w:pPr>
        <w:spacing w:before="40" w:after="0"/>
        <w:ind w:left="1814"/>
      </w:pPr>
      <w:r>
        <w:rPr>
          <w:b w:val="0"/>
          <w:i/>
          <w:color w:val="8A847A"/>
          <w:sz w:val="16"/>
        </w:rPr>
        <w:t>Спершу найновіше. Місяць і рік у кожному рядку, для поточної роботи «зараз». У пунктах пишіть, що ви зробили, а не лише що входило в обов’язки.</w:t>
      </w:r>
    </w:p>
    <w:p>
      <w:pPr>
        <w:spacing w:before="0" w:after="0"/>
        <w:ind w:left="1814"/>
      </w:pPr>
      <w:r>
        <w:rPr>
          <w:b w:val="0"/>
          <w:i/>
          <w:color w:val="8A847A"/>
          <w:sz w:val="16"/>
        </w:rPr>
        <w:t>Newest first. Month and year on every line, "present" for your current job. In the bullet points, write what you did, not only what your duties were.</w:t>
      </w:r>
    </w:p>
    <w:p>
      <w:pPr>
        <w:keepNext/>
        <w:tabs>
          <w:tab w:pos="1814" w:val="left"/>
        </w:tabs>
        <w:spacing w:before="80" w:after="0"/>
        <w:ind w:left="1814" w:hanging="1814"/>
      </w:pPr>
      <w:r>
        <w:rPr>
          <w:b w:val="0"/>
          <w:i w:val="0"/>
          <w:color w:val="4A4742"/>
          <w:sz w:val="18"/>
        </w:rPr>
        <w:t>[00/0000] – [00/0000]</w:t>
      </w:r>
      <w:r>
        <w:rPr>
          <w:b w:val="0"/>
          <w:i w:val="0"/>
        </w:rPr>
        <w:tab/>
      </w:r>
      <w:r>
        <w:rPr>
          <w:b w:val="0"/>
          <w:i w:val="0"/>
          <w:color w:val="4A4742"/>
          <w:sz w:val="20"/>
        </w:rPr>
        <w:t>[Що ви робили в цей час / What you did in this period]</w:t>
      </w:r>
    </w:p>
    <w:p>
      <w:pPr>
        <w:spacing w:before="40" w:after="0"/>
        <w:ind w:left="1814"/>
      </w:pPr>
      <w:r>
        <w:rPr>
          <w:b w:val="0"/>
          <w:i/>
          <w:color w:val="8A847A"/>
          <w:sz w:val="16"/>
        </w:rPr>
        <w:t>Перерва в датах: один рядок, наприклад переїзд і курс мови. Докладніше можна розповісти на співбесіді.</w:t>
      </w:r>
    </w:p>
    <w:p>
      <w:pPr>
        <w:spacing w:before="0" w:after="0"/>
        <w:ind w:left="1814"/>
      </w:pPr>
      <w:r>
        <w:rPr>
          <w:b w:val="0"/>
          <w:i/>
          <w:color w:val="8A847A"/>
          <w:sz w:val="16"/>
        </w:rPr>
        <w:t>A gap in the dates: one line, for example a move and a language course. You can say more at the interview.</w:t>
      </w:r>
    </w:p>
    <w:p>
      <w:pPr>
        <w:keepNext/>
        <w:tabs>
          <w:tab w:pos="1814" w:val="left"/>
        </w:tabs>
        <w:spacing w:before="80" w:after="0"/>
        <w:ind w:left="1814" w:hanging="1814"/>
      </w:pPr>
      <w:r>
        <w:rPr>
          <w:b w:val="0"/>
          <w:i w:val="0"/>
          <w:color w:val="4A4742"/>
          <w:sz w:val="18"/>
        </w:rPr>
        <w:t>[00/0000] – [00/0000]</w:t>
      </w:r>
      <w:r>
        <w:rPr>
          <w:b w:val="0"/>
          <w:i w:val="0"/>
        </w:rPr>
        <w:tab/>
      </w:r>
      <w:r>
        <w:rPr>
          <w:b/>
          <w:i w:val="0"/>
          <w:color w:val="141413"/>
          <w:sz w:val="20"/>
        </w:rPr>
        <w:t>[Посада / Job title]</w:t>
      </w:r>
    </w:p>
    <w:p>
      <w:pPr>
        <w:keepNext/>
        <w:spacing w:before="0" w:after="0"/>
        <w:ind w:left="1814"/>
      </w:pPr>
      <w:r>
        <w:rPr>
          <w:b w:val="0"/>
          <w:i w:val="0"/>
          <w:color w:val="4A4742"/>
        </w:rPr>
        <w:t>[Компанія, місто / Company, city]</w:t>
      </w:r>
    </w:p>
    <w:p>
      <w:pPr>
        <w:tabs>
          <w:tab w:pos="2041" w:val="left"/>
        </w:tabs>
        <w:spacing w:before="20" w:after="0"/>
        <w:ind w:left="2041" w:hanging="227"/>
      </w:pPr>
      <w:r>
        <w:rPr>
          <w:b w:val="0"/>
          <w:i w:val="0"/>
        </w:rPr>
        <w:t>•</w:t>
        <w:tab/>
      </w:r>
      <w:r>
        <w:rPr>
          <w:b w:val="0"/>
          <w:i w:val="0"/>
        </w:rPr>
        <w:t>[Що ви зробили / What you did]</w:t>
      </w:r>
    </w:p>
    <w:p>
      <w:pPr>
        <w:spacing w:before="40" w:after="0"/>
        <w:ind w:left="1814"/>
      </w:pPr>
      <w:r>
        <w:rPr>
          <w:b w:val="0"/>
          <w:i/>
          <w:color w:val="8A847A"/>
          <w:sz w:val="16"/>
        </w:rPr>
        <w:t>Одна сторінка. Якщо досвіду багато, дві, не більше.</w:t>
      </w:r>
    </w:p>
    <w:p>
      <w:pPr>
        <w:spacing w:before="0" w:after="0"/>
        <w:ind w:left="1814"/>
      </w:pPr>
      <w:r>
        <w:rPr>
          <w:b w:val="0"/>
          <w:i/>
          <w:color w:val="8A847A"/>
          <w:sz w:val="16"/>
        </w:rPr>
        <w:t>One page. If you have a lot of experience, two at most.</w:t>
      </w:r>
    </w:p>
    <w:p>
      <w:pPr>
        <w:keepNext/>
        <w:spacing w:before="200" w:after="100"/>
        <w:pBdr>
          <w:bottom w:val="single" w:sz="6" w:space="3" w:color="CFCAC0"/>
        </w:pBdr>
      </w:pPr>
      <w:r>
        <w:rPr>
          <w:b/>
          <w:i w:val="0"/>
          <w:caps/>
          <w:sz w:val="17"/>
          <w:spacing w:val="28"/>
        </w:rPr>
        <w:t>Освіта</w:t>
      </w:r>
      <w:r>
        <w:rPr>
          <w:b w:val="0"/>
          <w:i w:val="0"/>
          <w:color w:val="8A847A"/>
          <w:sz w:val="17"/>
        </w:rPr>
        <w:t xml:space="preserve">  /  </w:t>
      </w:r>
      <w:r>
        <w:rPr>
          <w:b/>
          <w:i w:val="0"/>
          <w:caps/>
          <w:sz w:val="17"/>
          <w:spacing w:val="28"/>
        </w:rPr>
        <w:t>Education</w:t>
      </w:r>
    </w:p>
    <w:p>
      <w:pPr>
        <w:keepNext/>
        <w:tabs>
          <w:tab w:pos="1814" w:val="left"/>
        </w:tabs>
        <w:spacing w:before="80" w:after="0"/>
        <w:ind w:left="1814" w:hanging="1814"/>
      </w:pPr>
      <w:r>
        <w:rPr>
          <w:b w:val="0"/>
          <w:i w:val="0"/>
          <w:color w:val="4A4742"/>
          <w:sz w:val="18"/>
        </w:rPr>
        <w:t>[0000] – [0000]</w:t>
      </w:r>
      <w:r>
        <w:rPr>
          <w:b w:val="0"/>
          <w:i w:val="0"/>
        </w:rPr>
        <w:tab/>
      </w:r>
      <w:r>
        <w:rPr>
          <w:b/>
          <w:i w:val="0"/>
          <w:color w:val="141413"/>
          <w:sz w:val="20"/>
        </w:rPr>
        <w:t>[Ступінь, спеціальність / Degree, field of study]</w:t>
      </w:r>
    </w:p>
    <w:p>
      <w:pPr>
        <w:spacing w:before="0" w:after="0"/>
        <w:ind w:left="1814"/>
      </w:pPr>
      <w:r>
        <w:rPr>
          <w:b w:val="0"/>
          <w:i w:val="0"/>
          <w:color w:val="4A4742"/>
        </w:rPr>
        <w:t>[Заклад мовою оригіналу (переклад) / Institution in the original language (translation)]</w:t>
      </w:r>
    </w:p>
    <w:p>
      <w:pPr>
        <w:spacing w:before="40" w:after="0"/>
        <w:ind w:left="1814"/>
      </w:pPr>
      <w:r>
        <w:rPr>
          <w:b w:val="0"/>
          <w:i/>
          <w:color w:val="8A847A"/>
          <w:sz w:val="16"/>
        </w:rPr>
        <w:t>Назва закладу мовою оригіналу і в перекладі. Як визнати диплом, пояснює центр ENIC-NARIC у країні, де ви живете: enic-naric.net.</w:t>
      </w:r>
    </w:p>
    <w:p>
      <w:pPr>
        <w:spacing w:before="0" w:after="0"/>
        <w:ind w:left="1814"/>
      </w:pPr>
      <w:r>
        <w:rPr>
          <w:b w:val="0"/>
          <w:i/>
          <w:color w:val="8A847A"/>
          <w:sz w:val="16"/>
        </w:rPr>
        <w:t>The name of the institution in the original language and in translation. The ENIC-NARIC centre in your country explains diploma recognition: enic-naric.net.</w:t>
      </w:r>
    </w:p>
    <w:p>
      <w:pPr>
        <w:keepNext/>
        <w:spacing w:before="200" w:after="100"/>
        <w:pBdr>
          <w:bottom w:val="single" w:sz="6" w:space="3" w:color="CFCAC0"/>
        </w:pBdr>
      </w:pPr>
      <w:r>
        <w:rPr>
          <w:b/>
          <w:i w:val="0"/>
          <w:caps/>
          <w:sz w:val="17"/>
          <w:spacing w:val="28"/>
        </w:rPr>
        <w:t>Мови</w:t>
      </w:r>
      <w:r>
        <w:rPr>
          <w:b w:val="0"/>
          <w:i w:val="0"/>
          <w:color w:val="8A847A"/>
          <w:sz w:val="17"/>
        </w:rPr>
        <w:t xml:space="preserve">  /  </w:t>
      </w:r>
      <w:r>
        <w:rPr>
          <w:b/>
          <w:i w:val="0"/>
          <w:caps/>
          <w:sz w:val="17"/>
          <w:spacing w:val="28"/>
        </w:rPr>
        <w:t>Languages</w:t>
      </w:r>
    </w:p>
    <w:p>
      <w:pPr>
        <w:spacing w:before="0" w:after="0"/>
      </w:pPr>
      <w:r>
        <w:rPr>
          <w:b w:val="0"/>
          <w:i w:val="0"/>
        </w:rPr>
        <w:t>[Українська: рідна / Ukrainian: native]    [Англійська: B2 / English: B2]    [Мова: A2 / Language: A2]</w:t>
      </w:r>
    </w:p>
    <w:p>
      <w:pPr>
        <w:spacing w:before="40" w:after="0"/>
      </w:pPr>
      <w:r>
        <w:rPr>
          <w:b w:val="0"/>
          <w:i/>
          <w:color w:val="8A847A"/>
          <w:sz w:val="16"/>
        </w:rPr>
        <w:t>Рівень за європейською шкалою, від A1 до C2.</w:t>
      </w:r>
    </w:p>
    <w:p>
      <w:pPr>
        <w:spacing w:before="0" w:after="0"/>
      </w:pPr>
      <w:r>
        <w:rPr>
          <w:b w:val="0"/>
          <w:i/>
          <w:color w:val="8A847A"/>
          <w:sz w:val="16"/>
        </w:rPr>
        <w:t>Your level on the European scale, from A1 to C2.</w:t>
      </w:r>
    </w:p>
    <w:p>
      <w:pPr>
        <w:keepNext/>
        <w:spacing w:before="200" w:after="100"/>
        <w:pBdr>
          <w:bottom w:val="single" w:sz="6" w:space="3" w:color="CFCAC0"/>
        </w:pBdr>
      </w:pPr>
      <w:r>
        <w:rPr>
          <w:b/>
          <w:i w:val="0"/>
          <w:caps/>
          <w:sz w:val="17"/>
          <w:spacing w:val="28"/>
        </w:rPr>
        <w:t>Навички</w:t>
      </w:r>
      <w:r>
        <w:rPr>
          <w:b w:val="0"/>
          <w:i w:val="0"/>
          <w:color w:val="8A847A"/>
          <w:sz w:val="17"/>
        </w:rPr>
        <w:t xml:space="preserve">  /  </w:t>
      </w:r>
      <w:r>
        <w:rPr>
          <w:b/>
          <w:i w:val="0"/>
          <w:caps/>
          <w:sz w:val="17"/>
          <w:spacing w:val="28"/>
        </w:rPr>
        <w:t>Skills</w:t>
      </w:r>
    </w:p>
    <w:p>
      <w:pPr>
        <w:spacing w:before="0" w:after="0"/>
      </w:pPr>
      <w:r>
        <w:rPr>
          <w:b w:val="0"/>
          <w:i w:val="0"/>
        </w:rPr>
        <w:t>[Навичка / Skill]    [Навичка / Skill]    [Програма / Software]    [Навичка / Skill]</w:t>
      </w:r>
    </w:p>
    <w:p>
      <w:pPr>
        <w:spacing w:before="40" w:after="0"/>
      </w:pPr>
      <w:r>
        <w:rPr>
          <w:b w:val="0"/>
          <w:i/>
          <w:color w:val="8A847A"/>
          <w:sz w:val="16"/>
        </w:rPr>
        <w:t>Слова з вакансії: якщо у вакансії написано «Excel», пишіть «Excel». Лише те, що ви справді вмієте.</w:t>
      </w:r>
    </w:p>
    <w:p>
      <w:pPr>
        <w:spacing w:before="0" w:after="0"/>
      </w:pPr>
      <w:r>
        <w:rPr>
          <w:b w:val="0"/>
          <w:i/>
          <w:color w:val="8A847A"/>
          <w:sz w:val="16"/>
        </w:rPr>
        <w:t>Words from the job ad: if the ad says “Excel”, write “Excel”. Only what you can really do.</w:t>
      </w:r>
    </w:p>
    <w:p>
      <w:pPr>
        <w:spacing w:before="240" w:after="0"/>
        <w:pBdr>
          <w:top w:val="single" w:sz="6" w:space="6" w:color="CFCAC0"/>
        </w:pBdr>
      </w:pPr>
      <w:r>
        <w:rPr>
          <w:b w:val="0"/>
          <w:i/>
          <w:color w:val="4A4742"/>
          <w:sz w:val="16"/>
        </w:rPr>
        <w:t>Wyrażam zgodę na przetwarzanie moich danych osobowych w celu prowadzenia rekrutacji na aplikowane przeze mnie stanowisko.</w:t>
      </w:r>
    </w:p>
    <w:p>
      <w:pPr>
        <w:spacing w:before="40" w:after="0"/>
      </w:pPr>
      <w:r>
        <w:rPr>
          <w:b w:val="0"/>
          <w:i/>
          <w:color w:val="8A847A"/>
          <w:sz w:val="16"/>
        </w:rPr>
        <w:t>Згода на обробку даних. У Польщі наприкінці резюме часто додають цей рядок (klauzula RODO). В інших країнах його зазвичай не пишуть.</w:t>
      </w:r>
    </w:p>
    <w:p>
      <w:pPr>
        <w:spacing w:before="0" w:after="0"/>
      </w:pPr>
      <w:r>
        <w:rPr>
          <w:b w:val="0"/>
          <w:i/>
          <w:color w:val="8A847A"/>
          <w:sz w:val="16"/>
        </w:rPr>
        <w:t>Consent to data processing. In Poland this line is often added at the end of a CV (klauzula RODO). In other countries it is usually left out.</w:t>
      </w:r>
    </w:p>
    <w:sectPr w:rsidR="00FC693F" w:rsidRPr="0006063C" w:rsidSect="00034616">
      <w:pgSz w:w="11906" w:h="16838"/>
      <w:pgMar w:top="737" w:right="964" w:bottom="68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Arial" w:hAnsi="Arial" w:cs="Arial" w:eastAsia="Arial"/>
      <w:color w:val="14141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резюме / CV template</dc:title>
  <dc:subject>TEEI Mentorship</dc:subject>
  <dc:creator>TEEI Mentorship</dc:creator>
  <cp:keywords/>
  <dc:description>theeducationalequalityinstitute.org/uk/students/ukrainian/cv-resume/</dc:description>
  <cp:lastModifiedBy>TEEI Mentorship</cp:lastModifiedBy>
  <cp:revision>1</cp:revision>
  <dcterms:created xsi:type="dcterms:W3CDTF">2026-09-29T20:31:25Z</dcterms:created>
  <dcterms:modified xsi:type="dcterms:W3CDTF">2026-09-29T20:31:25Z</dcterms:modified>
  <cp:category/>
</cp:coreProperties>
</file>